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W.I.N. Counseling &amp; Consulting Services</w:t>
      </w:r>
    </w:p>
    <w:p>
      <w:pPr>
        <w:jc w:val="center"/>
      </w:pPr>
      <w:r>
        <w:rPr>
          <w:b/>
          <w:sz w:val="30"/>
        </w:rPr>
        <w:t>Beginning Your Marriage Counseling Journey</w:t>
      </w:r>
    </w:p>
    <w:p>
      <w:pPr>
        <w:jc w:val="center"/>
      </w:pPr>
      <w:r>
        <w:rPr>
          <w:i/>
          <w:sz w:val="20"/>
        </w:rPr>
        <w:t>Providing Competent, Compassionate, and Christ-Centered Care</w:t>
      </w:r>
    </w:p>
    <w:p/>
    <w:p>
      <w:r>
        <w:t>Marriage Counseling Preparation Questionnaire</w:t>
      </w:r>
    </w:p>
    <w:p>
      <w:pPr>
        <w:pStyle w:val="Heading2"/>
      </w:pPr>
      <w:r>
        <w:t>Welcome</w:t>
      </w:r>
    </w:p>
    <w:p>
      <w:r>
        <w:t>Thank you for choosing W.I.N. Counseling &amp; Consulting Services. We recognize that deciding to seek marriage counseling is a courageous step. Every marriage experiences seasons of joy, growth, challenge, and transition. Our desire is to provide a safe, respectful, and Christ-centered environment where both individuals are heard, valued, and encouraged as they work toward healthier communication, deeper understanding, and renewed hope.</w:t>
      </w:r>
    </w:p>
    <w:p>
      <w:r>
        <w:t>This questionnaire is not a test, nor is it intended to determine who is right or wrong. Instead, it is designed to help us understand your journey, prepare for our time together, and begin the counseling process with clarity and purpose.</w:t>
      </w:r>
    </w:p>
    <w:p>
      <w:pPr>
        <w:pStyle w:val="Heading2"/>
      </w:pPr>
      <w:r>
        <w:t>Section 1 - About You</w:t>
      </w:r>
    </w:p>
    <w:p>
      <w:pPr>
        <w:pStyle w:val="ListBullet"/>
      </w:pPr>
      <w:r>
        <w:t>Full Name</w:t>
      </w:r>
    </w:p>
    <w:p>
      <w:pPr>
        <w:pStyle w:val="ListBullet"/>
      </w:pPr>
      <w:r>
        <w:t>Preferred Name, if different</w:t>
      </w:r>
    </w:p>
    <w:p>
      <w:pPr>
        <w:pStyle w:val="ListBullet"/>
      </w:pPr>
      <w:r>
        <w:t>Email Address</w:t>
      </w:r>
    </w:p>
    <w:p>
      <w:pPr>
        <w:pStyle w:val="ListBullet"/>
      </w:pPr>
      <w:r>
        <w:t>Phone Number</w:t>
      </w:r>
    </w:p>
    <w:p>
      <w:pPr>
        <w:pStyle w:val="ListBullet"/>
      </w:pPr>
      <w:r>
        <w:t>Address</w:t>
      </w:r>
    </w:p>
    <w:p>
      <w:pPr>
        <w:pStyle w:val="ListBullet"/>
      </w:pPr>
      <w:r>
        <w:t>Date Completed</w:t>
      </w:r>
    </w:p>
    <w:p>
      <w:pPr>
        <w:pStyle w:val="Heading2"/>
      </w:pPr>
      <w:r>
        <w:t>Section 2 - Your Journey</w:t>
      </w:r>
    </w:p>
    <w:p>
      <w:r>
        <w:t>Before we begin discussing today’s challenges, we want to take a moment to honor your journey. These questions are not asked out of curiosity. We ask because understanding where you have been helps us appreciate who you are, what you have overcome, and what has made your relationship meaningful.</w:t>
      </w:r>
    </w:p>
    <w:p>
      <w:pPr>
        <w:pStyle w:val="ListBullet"/>
      </w:pPr>
      <w:r>
        <w:t>How did your story begin?</w:t>
      </w:r>
    </w:p>
    <w:p>
      <w:r>
        <w:t>________________________________________________________________________________</w:t>
      </w:r>
    </w:p>
    <w:p>
      <w:r>
        <w:t>________________________________________________________________________________</w:t>
      </w:r>
    </w:p>
    <w:p>
      <w:pPr>
        <w:pStyle w:val="ListBullet"/>
      </w:pPr>
      <w:r>
        <w:t>How did you first meet?</w:t>
      </w:r>
    </w:p>
    <w:p>
      <w:r>
        <w:t>________________________________________________________________________________</w:t>
      </w:r>
    </w:p>
    <w:p>
      <w:r>
        <w:t>________________________________________________________________________________</w:t>
      </w:r>
    </w:p>
    <w:p>
      <w:pPr>
        <w:pStyle w:val="ListBullet"/>
      </w:pPr>
      <w:r>
        <w:t>What first attracted you to one another?</w:t>
      </w:r>
    </w:p>
    <w:p>
      <w:r>
        <w:t>________________________________________________________________________________</w:t>
      </w:r>
    </w:p>
    <w:p>
      <w:r>
        <w:t>________________________________________________________________________________</w:t>
      </w:r>
    </w:p>
    <w:p>
      <w:pPr>
        <w:pStyle w:val="ListBullet"/>
      </w:pPr>
      <w:r>
        <w:t>What are some of your favorite memories together?</w:t>
      </w:r>
    </w:p>
    <w:p>
      <w:r>
        <w:t>________________________________________________________________________________</w:t>
      </w:r>
    </w:p>
    <w:p>
      <w:r>
        <w:t>________________________________________________________________________________</w:t>
      </w:r>
    </w:p>
    <w:p>
      <w:pPr>
        <w:pStyle w:val="ListBullet"/>
      </w:pPr>
      <w:r>
        <w:t>What initially made you believe, “This is the person I want to spend my life with?”</w:t>
      </w:r>
    </w:p>
    <w:p>
      <w:r>
        <w:t>________________________________________________________________________________</w:t>
      </w:r>
    </w:p>
    <w:p>
      <w:r>
        <w:t>________________________________________________________________________________</w:t>
      </w:r>
    </w:p>
    <w:p>
      <w:pPr>
        <w:pStyle w:val="ListBullet"/>
      </w:pPr>
      <w:r>
        <w:t>Looking back, what qualities did you admire most about one another?</w:t>
      </w:r>
    </w:p>
    <w:p>
      <w:r>
        <w:t>________________________________________________________________________________</w:t>
      </w:r>
    </w:p>
    <w:p>
      <w:r>
        <w:t>________________________________________________________________________________</w:t>
      </w:r>
    </w:p>
    <w:p>
      <w:pPr>
        <w:pStyle w:val="ListBullet"/>
      </w:pPr>
      <w:r>
        <w:t>What are three strengths that have helped your relationship through difficult seasons?</w:t>
      </w:r>
    </w:p>
    <w:p>
      <w:r>
        <w:t>________________________________________________________________________________</w:t>
      </w:r>
    </w:p>
    <w:p>
      <w:r>
        <w:t>________________________________________________________________________________</w:t>
      </w:r>
    </w:p>
    <w:p>
      <w:pPr>
        <w:pStyle w:val="ListBullet"/>
      </w:pPr>
      <w:r>
        <w:t>What is one thing you appreciate about your spouse today?</w:t>
      </w:r>
    </w:p>
    <w:p>
      <w:r>
        <w:t>________________________________________________________________________________</w:t>
      </w:r>
    </w:p>
    <w:p>
      <w:r>
        <w:t>________________________________________________________________________________</w:t>
      </w:r>
    </w:p>
    <w:p>
      <w:pPr>
        <w:pStyle w:val="ListBullet"/>
      </w:pPr>
      <w:r>
        <w:t>If someone asked you to describe your marriage at its very best, what would you tell them?</w:t>
      </w:r>
    </w:p>
    <w:p>
      <w:r>
        <w:t>________________________________________________________________________________</w:t>
      </w:r>
    </w:p>
    <w:p>
      <w:r>
        <w:t>________________________________________________________________________________</w:t>
      </w:r>
    </w:p>
    <w:p>
      <w:pPr>
        <w:pStyle w:val="Heading2"/>
      </w:pPr>
      <w:r>
        <w:t>Section 3 - Your Present Season</w:t>
      </w:r>
    </w:p>
    <w:p>
      <w:pPr>
        <w:pStyle w:val="ListBullet"/>
      </w:pPr>
      <w:r>
        <w:t>What led you to seek counseling at this point in your marriage?</w:t>
      </w:r>
    </w:p>
    <w:p>
      <w:r>
        <w:t>________________________________________________________________________________</w:t>
      </w:r>
    </w:p>
    <w:p>
      <w:r>
        <w:t>________________________________________________________________________________</w:t>
      </w:r>
    </w:p>
    <w:p>
      <w:pPr>
        <w:pStyle w:val="ListBullet"/>
      </w:pPr>
      <w:r>
        <w:t>What significant changes or life events have occurred during the past two years that may have affected your relationship?</w:t>
      </w:r>
    </w:p>
    <w:p>
      <w:r>
        <w:t>________________________________________________________________________________</w:t>
      </w:r>
    </w:p>
    <w:p>
      <w:r>
        <w:t>________________________________________________________________________________</w:t>
      </w:r>
    </w:p>
    <w:p>
      <w:pPr>
        <w:pStyle w:val="ListBullet"/>
      </w:pPr>
      <w:r>
        <w:t>When conflict occurs, what usually happens?</w:t>
      </w:r>
    </w:p>
    <w:p>
      <w:r>
        <w:t>________________________________________________________________________________</w:t>
      </w:r>
    </w:p>
    <w:p>
      <w:r>
        <w:t>________________________________________________________________________________</w:t>
      </w:r>
    </w:p>
    <w:p>
      <w:pPr>
        <w:pStyle w:val="ListBullet"/>
      </w:pPr>
      <w:r>
        <w:t>What helps the two of you reconnect after disagreements?</w:t>
      </w:r>
    </w:p>
    <w:p>
      <w:r>
        <w:t>________________________________________________________________________________</w:t>
      </w:r>
    </w:p>
    <w:p>
      <w:r>
        <w:t>________________________________________________________________________________</w:t>
      </w:r>
    </w:p>
    <w:p>
      <w:pPr>
        <w:pStyle w:val="ListBullet"/>
      </w:pPr>
      <w:r>
        <w:t>When do you feel most connected as a couple?</w:t>
      </w:r>
    </w:p>
    <w:p>
      <w:r>
        <w:t>________________________________________________________________________________</w:t>
      </w:r>
    </w:p>
    <w:p>
      <w:r>
        <w:t>________________________________________________________________________________</w:t>
      </w:r>
    </w:p>
    <w:p>
      <w:pPr>
        <w:pStyle w:val="ListBullet"/>
      </w:pPr>
      <w:r>
        <w:t>What would you like your spouse to understand about you that may be difficult to express?</w:t>
      </w:r>
    </w:p>
    <w:p>
      <w:r>
        <w:t>________________________________________________________________________________</w:t>
      </w:r>
    </w:p>
    <w:p>
      <w:r>
        <w:t>________________________________________________________________________________</w:t>
      </w:r>
    </w:p>
    <w:p>
      <w:pPr>
        <w:pStyle w:val="Heading2"/>
      </w:pPr>
      <w:r>
        <w:t>Section 4 - Your Challenge</w:t>
      </w:r>
    </w:p>
    <w:p>
      <w:pPr>
        <w:pStyle w:val="ListBullet"/>
      </w:pPr>
      <w:r>
        <w:t>What challenge are you bringing into counseling?</w:t>
      </w:r>
    </w:p>
    <w:p>
      <w:r>
        <w:t>________________________________________________________________________________</w:t>
      </w:r>
    </w:p>
    <w:p>
      <w:r>
        <w:t>________________________________________________________________________________</w:t>
      </w:r>
    </w:p>
    <w:p>
      <w:pPr>
        <w:pStyle w:val="ListBullet"/>
      </w:pPr>
      <w:r>
        <w:t>What would meaningful progress look like for you?</w:t>
      </w:r>
    </w:p>
    <w:p>
      <w:r>
        <w:t>________________________________________________________________________________</w:t>
      </w:r>
    </w:p>
    <w:p>
      <w:r>
        <w:t>________________________________________________________________________________</w:t>
      </w:r>
    </w:p>
    <w:p>
      <w:pPr>
        <w:pStyle w:val="ListBullet"/>
      </w:pPr>
      <w:r>
        <w:t>At the conclusion of counseling, what would you hope is different about your marriage?</w:t>
      </w:r>
    </w:p>
    <w:p>
      <w:r>
        <w:t>________________________________________________________________________________</w:t>
      </w:r>
    </w:p>
    <w:p>
      <w:r>
        <w:t>________________________________________________________________________________</w:t>
      </w:r>
    </w:p>
    <w:p>
      <w:pPr>
        <w:pStyle w:val="Heading2"/>
      </w:pPr>
      <w:r>
        <w:t>Section 5 - Your Journey Continues</w:t>
      </w:r>
    </w:p>
    <w:p>
      <w:pPr>
        <w:pStyle w:val="ListBullet"/>
      </w:pPr>
      <w:r>
        <w:t>What would you like to experience more often in your relationship?</w:t>
      </w:r>
    </w:p>
    <w:p>
      <w:r>
        <w:t>________________________________________________________________________________</w:t>
      </w:r>
    </w:p>
    <w:p>
      <w:r>
        <w:t>________________________________________________________________________________</w:t>
      </w:r>
    </w:p>
    <w:p>
      <w:pPr>
        <w:pStyle w:val="ListBullet"/>
      </w:pPr>
      <w:r>
        <w:t>Six months from now, what would you hope is different?</w:t>
      </w:r>
    </w:p>
    <w:p>
      <w:r>
        <w:t>________________________________________________________________________________</w:t>
      </w:r>
    </w:p>
    <w:p>
      <w:r>
        <w:t>________________________________________________________________________________</w:t>
      </w:r>
    </w:p>
    <w:p>
      <w:pPr>
        <w:pStyle w:val="ListBullet"/>
      </w:pPr>
      <w:r>
        <w:t>What do you hope your spouse experiences through this journey?</w:t>
      </w:r>
    </w:p>
    <w:p>
      <w:r>
        <w:t>________________________________________________________________________________</w:t>
      </w:r>
    </w:p>
    <w:p>
      <w:r>
        <w:t>________________________________________________________________________________</w:t>
      </w:r>
    </w:p>
    <w:p>
      <w:pPr>
        <w:pStyle w:val="ListBullet"/>
      </w:pPr>
      <w:r>
        <w:t>What kind of marriage are you working toward together?</w:t>
      </w:r>
    </w:p>
    <w:p>
      <w:r>
        <w:t>________________________________________________________________________________</w:t>
      </w:r>
    </w:p>
    <w:p>
      <w:r>
        <w:t>________________________________________________________________________________</w:t>
      </w:r>
    </w:p>
    <w:p>
      <w:pPr>
        <w:pStyle w:val="Heading2"/>
      </w:pPr>
      <w:r>
        <w:t>Section 6 - Our Partnership</w:t>
      </w:r>
    </w:p>
    <w:p>
      <w:pPr>
        <w:pStyle w:val="ListBullet"/>
      </w:pPr>
      <w:r>
        <w:t>I am willing to participate honestly in the counseling process.</w:t>
      </w:r>
    </w:p>
    <w:p>
      <w:pPr>
        <w:pStyle w:val="ListBullet"/>
      </w:pPr>
      <w:r>
        <w:t>I am willing to listen with the goal of understanding before responding.</w:t>
      </w:r>
    </w:p>
    <w:p>
      <w:pPr>
        <w:pStyle w:val="ListBullet"/>
      </w:pPr>
      <w:r>
        <w:t>I am willing to consider new perspectives.</w:t>
      </w:r>
    </w:p>
    <w:p>
      <w:pPr>
        <w:pStyle w:val="ListBullet"/>
      </w:pPr>
      <w:r>
        <w:t>I am willing to complete activities between counseling sessions.</w:t>
      </w:r>
    </w:p>
    <w:p>
      <w:pPr>
        <w:pStyle w:val="ListBullet"/>
      </w:pPr>
      <w:r>
        <w:t>I am committed to treating my spouse with respect during counseling.</w:t>
      </w:r>
    </w:p>
    <w:p>
      <w:pPr>
        <w:pStyle w:val="ListBullet"/>
      </w:pPr>
      <w:r>
        <w:t>I understand that meaningful change begins with my own willingness to grow.</w:t>
      </w:r>
    </w:p>
    <w:p>
      <w:pPr>
        <w:pStyle w:val="Heading2"/>
      </w:pPr>
      <w:r>
        <w:t>Section 7 - Faith</w:t>
      </w:r>
    </w:p>
    <w:p>
      <w:pPr>
        <w:pStyle w:val="ListBullet"/>
      </w:pPr>
      <w:r>
        <w:t>Would you like biblical principles included in counseling? Yes / No / Unsure</w:t>
      </w:r>
    </w:p>
    <w:p>
      <w:r>
        <w:t>________________________________________________________________________________</w:t>
      </w:r>
    </w:p>
    <w:p>
      <w:r>
        <w:t>________________________________________________________________________________</w:t>
      </w:r>
    </w:p>
    <w:p>
      <w:pPr>
        <w:pStyle w:val="ListBullet"/>
      </w:pPr>
      <w:r>
        <w:t>Would you be comfortable with prayer during counseling sessions? Yes / No / Occasionally</w:t>
      </w:r>
    </w:p>
    <w:p>
      <w:r>
        <w:t>________________________________________________________________________________</w:t>
      </w:r>
    </w:p>
    <w:p>
      <w:r>
        <w:t>________________________________________________________________________________</w:t>
      </w:r>
    </w:p>
    <w:p>
      <w:pPr>
        <w:pStyle w:val="Heading2"/>
      </w:pPr>
      <w:r>
        <w:t>Section 8 - Your Next Steps</w:t>
      </w:r>
    </w:p>
    <w:p>
      <w:pPr>
        <w:pStyle w:val="ListBullet"/>
      </w:pPr>
      <w:r>
        <w:t>Review the Client Resources page at thrivepointhumble.org.</w:t>
      </w:r>
    </w:p>
    <w:p>
      <w:pPr>
        <w:pStyle w:val="ListBullet"/>
      </w:pPr>
      <w:r>
        <w:t>Complete the Master Client Acknowledgment &amp; Consent Form.</w:t>
      </w:r>
    </w:p>
    <w:p>
      <w:pPr>
        <w:pStyle w:val="ListBullet"/>
      </w:pPr>
      <w:r>
        <w:t>Attend the Zoom consultation to review confidentiality, the simple process, and payment.</w:t>
      </w:r>
    </w:p>
    <w:p>
      <w:pPr>
        <w:pStyle w:val="ListBullet"/>
      </w:pPr>
      <w:r>
        <w:t>Begin Session One, where we will review your questionnaire, discuss your relationship journey, clarify goals, answer process questions, explain session structure, and determine the most appropriate counseling pathway.</w:t>
      </w:r>
    </w:p>
    <w:p>
      <w:r>
        <w:t>Signature: _______________________________________________________</w:t>
      </w:r>
    </w:p>
    <w:p>
      <w:r>
        <w:t>Date: _______________________________________________________</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WIN-MCJ-001 | Version 1.0 | Effective: July 2026 | Review: July 2027</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sz w:val="20"/>
      </w:rPr>
      <w:t>W.I.N. Counseling &amp; Consulting Services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